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6552"/>
        <w:gridCol w:w="2232"/>
      </w:tblGrid>
      <w:tr w:rsidR="00216DC8" w14:paraId="038D9924" w14:textId="77777777">
        <w:trPr>
          <w:trHeight w:val="1843"/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1E4EA" w14:textId="0475EBD2" w:rsidR="00216DC8" w:rsidRDefault="00616386" w:rsidP="00616386">
            <w:r w:rsidRPr="00616386">
              <w:drawing>
                <wp:inline distT="0" distB="0" distL="0" distR="0" wp14:anchorId="3AE47795" wp14:editId="733576A5">
                  <wp:extent cx="1071797" cy="1110730"/>
                  <wp:effectExtent l="0" t="0" r="0" b="0"/>
                  <wp:docPr id="41641048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410484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748" cy="1117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7B08A" w14:textId="03ED8969" w:rsidR="00216DC8" w:rsidRDefault="00000000" w:rsidP="00616386">
            <w:pPr>
              <w:spacing w:after="0"/>
              <w:jc w:val="center"/>
            </w:pPr>
            <w:r>
              <w:rPr>
                <w:b/>
                <w:sz w:val="30"/>
              </w:rPr>
              <w:t>SICILY COUNTRY LIFE</w:t>
            </w:r>
            <w:r>
              <w:rPr>
                <w:b/>
                <w:sz w:val="30"/>
              </w:rPr>
              <w:br/>
              <w:t>COUNTRY CUP</w:t>
            </w:r>
            <w:r>
              <w:rPr>
                <w:b/>
                <w:sz w:val="30"/>
              </w:rPr>
              <w:br/>
            </w:r>
            <w:r w:rsidR="00616386">
              <w:rPr>
                <w:sz w:val="22"/>
              </w:rPr>
              <w:t>16</w:t>
            </w:r>
            <w:r>
              <w:rPr>
                <w:sz w:val="22"/>
              </w:rPr>
              <w:t xml:space="preserve"> OTTOBRE 2026</w:t>
            </w:r>
            <w:r>
              <w:rPr>
                <w:sz w:val="22"/>
              </w:rPr>
              <w:br/>
              <w:t>MODULO DI ISCRIZIONE GARA</w:t>
            </w:r>
            <w:r>
              <w:rPr>
                <w:sz w:val="22"/>
              </w:rPr>
              <w:br/>
              <w:t>LINE DANCE E COREOGRAFIE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C5535" w14:textId="6EA87854" w:rsidR="00216DC8" w:rsidRDefault="00616386" w:rsidP="00616386">
            <w:pPr>
              <w:jc w:val="both"/>
            </w:pPr>
            <w:r w:rsidRPr="00616386">
              <w:drawing>
                <wp:inline distT="0" distB="0" distL="0" distR="0" wp14:anchorId="501D2919" wp14:editId="1A8A2B7D">
                  <wp:extent cx="1308944" cy="869464"/>
                  <wp:effectExtent l="0" t="0" r="0" b="0"/>
                  <wp:docPr id="161756615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7566159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8045" cy="875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8A71C" w14:textId="77777777" w:rsidR="00216DC8" w:rsidRDefault="00216DC8">
      <w:pPr>
        <w:spacing w:after="0"/>
      </w:pP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216DC8" w14:paraId="4BC114C5" w14:textId="77777777">
        <w:trPr>
          <w:trHeight w:val="295"/>
          <w:jc w:val="center"/>
        </w:trPr>
        <w:tc>
          <w:tcPr>
            <w:tcW w:w="10368" w:type="dxa"/>
            <w:vAlign w:val="center"/>
          </w:tcPr>
          <w:p w14:paraId="1A6FBD62" w14:textId="77777777" w:rsidR="00216DC8" w:rsidRDefault="00000000">
            <w:pPr>
              <w:spacing w:after="0"/>
            </w:pPr>
            <w:r>
              <w:t>Nome</w:t>
            </w:r>
          </w:p>
        </w:tc>
      </w:tr>
      <w:tr w:rsidR="00216DC8" w14:paraId="3525C7E5" w14:textId="77777777">
        <w:trPr>
          <w:trHeight w:val="295"/>
          <w:jc w:val="center"/>
        </w:trPr>
        <w:tc>
          <w:tcPr>
            <w:tcW w:w="10368" w:type="dxa"/>
            <w:vAlign w:val="center"/>
          </w:tcPr>
          <w:p w14:paraId="49469DEF" w14:textId="77777777" w:rsidR="00216DC8" w:rsidRDefault="00000000">
            <w:pPr>
              <w:spacing w:after="0"/>
            </w:pPr>
            <w:r>
              <w:t>Cognome</w:t>
            </w:r>
          </w:p>
        </w:tc>
      </w:tr>
      <w:tr w:rsidR="00216DC8" w14:paraId="122CCDD5" w14:textId="77777777">
        <w:trPr>
          <w:trHeight w:val="295"/>
          <w:jc w:val="center"/>
        </w:trPr>
        <w:tc>
          <w:tcPr>
            <w:tcW w:w="10368" w:type="dxa"/>
            <w:vAlign w:val="center"/>
          </w:tcPr>
          <w:p w14:paraId="05726F84" w14:textId="77777777" w:rsidR="00216DC8" w:rsidRDefault="00000000">
            <w:pPr>
              <w:spacing w:after="0"/>
            </w:pPr>
            <w:r>
              <w:t>Indirizzo</w:t>
            </w:r>
          </w:p>
        </w:tc>
      </w:tr>
      <w:tr w:rsidR="00216DC8" w14:paraId="6748881D" w14:textId="77777777">
        <w:trPr>
          <w:trHeight w:val="295"/>
          <w:jc w:val="center"/>
        </w:trPr>
        <w:tc>
          <w:tcPr>
            <w:tcW w:w="10368" w:type="dxa"/>
            <w:vAlign w:val="center"/>
          </w:tcPr>
          <w:p w14:paraId="5BE124AA" w14:textId="77777777" w:rsidR="00216DC8" w:rsidRDefault="00000000">
            <w:pPr>
              <w:spacing w:after="0"/>
            </w:pPr>
            <w:r>
              <w:t>CAP/Città</w:t>
            </w:r>
          </w:p>
        </w:tc>
      </w:tr>
      <w:tr w:rsidR="00216DC8" w14:paraId="1DB05D8E" w14:textId="77777777">
        <w:trPr>
          <w:trHeight w:val="295"/>
          <w:jc w:val="center"/>
        </w:trPr>
        <w:tc>
          <w:tcPr>
            <w:tcW w:w="10368" w:type="dxa"/>
            <w:vAlign w:val="center"/>
          </w:tcPr>
          <w:p w14:paraId="649AB220" w14:textId="77777777" w:rsidR="00216DC8" w:rsidRDefault="00000000">
            <w:pPr>
              <w:spacing w:after="0"/>
            </w:pPr>
            <w:r>
              <w:t>Provincia</w:t>
            </w:r>
          </w:p>
        </w:tc>
      </w:tr>
      <w:tr w:rsidR="00216DC8" w14:paraId="686C8FC0" w14:textId="77777777">
        <w:trPr>
          <w:trHeight w:val="295"/>
          <w:jc w:val="center"/>
        </w:trPr>
        <w:tc>
          <w:tcPr>
            <w:tcW w:w="10368" w:type="dxa"/>
            <w:vAlign w:val="center"/>
          </w:tcPr>
          <w:p w14:paraId="1201C198" w14:textId="77777777" w:rsidR="00216DC8" w:rsidRDefault="00000000">
            <w:pPr>
              <w:spacing w:after="0"/>
            </w:pPr>
            <w:r>
              <w:t>Telefono</w:t>
            </w:r>
          </w:p>
        </w:tc>
      </w:tr>
      <w:tr w:rsidR="00216DC8" w14:paraId="7DBC3938" w14:textId="77777777">
        <w:trPr>
          <w:trHeight w:val="295"/>
          <w:jc w:val="center"/>
        </w:trPr>
        <w:tc>
          <w:tcPr>
            <w:tcW w:w="10368" w:type="dxa"/>
            <w:vAlign w:val="center"/>
          </w:tcPr>
          <w:p w14:paraId="27D3A70C" w14:textId="77777777" w:rsidR="00216DC8" w:rsidRDefault="00000000">
            <w:pPr>
              <w:spacing w:after="0"/>
            </w:pPr>
            <w:r>
              <w:t>E-mail</w:t>
            </w:r>
          </w:p>
        </w:tc>
      </w:tr>
      <w:tr w:rsidR="00216DC8" w14:paraId="52AB97E7" w14:textId="77777777">
        <w:trPr>
          <w:trHeight w:val="295"/>
          <w:jc w:val="center"/>
        </w:trPr>
        <w:tc>
          <w:tcPr>
            <w:tcW w:w="10368" w:type="dxa"/>
            <w:vAlign w:val="center"/>
          </w:tcPr>
          <w:p w14:paraId="38EC0C96" w14:textId="77777777" w:rsidR="00216DC8" w:rsidRDefault="00000000">
            <w:pPr>
              <w:spacing w:after="0"/>
            </w:pPr>
            <w:r>
              <w:t>Data di nascita                                      C.F.:</w:t>
            </w:r>
          </w:p>
        </w:tc>
      </w:tr>
      <w:tr w:rsidR="00216DC8" w14:paraId="4A90E841" w14:textId="77777777">
        <w:trPr>
          <w:trHeight w:val="295"/>
          <w:jc w:val="center"/>
        </w:trPr>
        <w:tc>
          <w:tcPr>
            <w:tcW w:w="10368" w:type="dxa"/>
            <w:vAlign w:val="center"/>
          </w:tcPr>
          <w:p w14:paraId="1BEF68B7" w14:textId="77777777" w:rsidR="00216DC8" w:rsidRDefault="00000000">
            <w:pPr>
              <w:spacing w:after="0"/>
            </w:pPr>
            <w:r>
              <w:t>N. tessera CSEN</w:t>
            </w:r>
          </w:p>
        </w:tc>
      </w:tr>
      <w:tr w:rsidR="00216DC8" w14:paraId="6EBF34CC" w14:textId="77777777">
        <w:trPr>
          <w:trHeight w:val="295"/>
          <w:jc w:val="center"/>
        </w:trPr>
        <w:tc>
          <w:tcPr>
            <w:tcW w:w="10368" w:type="dxa"/>
            <w:vAlign w:val="center"/>
          </w:tcPr>
          <w:p w14:paraId="342AF329" w14:textId="77777777" w:rsidR="00216DC8" w:rsidRDefault="00000000">
            <w:pPr>
              <w:spacing w:after="0"/>
            </w:pPr>
            <w:r>
              <w:t>Data/firma</w:t>
            </w:r>
          </w:p>
        </w:tc>
      </w:tr>
    </w:tbl>
    <w:p w14:paraId="38596C32" w14:textId="77777777" w:rsidR="00216DC8" w:rsidRDefault="00000000">
      <w:pPr>
        <w:spacing w:before="200" w:after="80"/>
      </w:pPr>
      <w:r>
        <w:rPr>
          <w:b/>
          <w:sz w:val="20"/>
        </w:rPr>
        <w:t>GARA LINE</w:t>
      </w: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ook w:val="04A0" w:firstRow="1" w:lastRow="0" w:firstColumn="1" w:lastColumn="0" w:noHBand="0" w:noVBand="1"/>
      </w:tblPr>
      <w:tblGrid>
        <w:gridCol w:w="10368"/>
      </w:tblGrid>
      <w:tr w:rsidR="00216DC8" w14:paraId="4EF9AA72" w14:textId="77777777">
        <w:trPr>
          <w:trHeight w:val="302"/>
          <w:jc w:val="center"/>
        </w:trPr>
        <w:tc>
          <w:tcPr>
            <w:tcW w:w="10368" w:type="dxa"/>
            <w:vAlign w:val="center"/>
          </w:tcPr>
          <w:p w14:paraId="59989E31" w14:textId="77777777" w:rsidR="00216DC8" w:rsidRDefault="00000000">
            <w:pPr>
              <w:spacing w:after="0"/>
            </w:pPr>
            <w:r>
              <w:t>Fasce d'età     □ Open fino ai 18     □ Adult 19-39     □ Senior 40+</w:t>
            </w:r>
          </w:p>
        </w:tc>
      </w:tr>
      <w:tr w:rsidR="00216DC8" w14:paraId="13268333" w14:textId="77777777">
        <w:trPr>
          <w:trHeight w:val="302"/>
          <w:jc w:val="center"/>
        </w:trPr>
        <w:tc>
          <w:tcPr>
            <w:tcW w:w="10368" w:type="dxa"/>
            <w:vAlign w:val="center"/>
          </w:tcPr>
          <w:p w14:paraId="5B0CBFCA" w14:textId="77777777" w:rsidR="00216DC8" w:rsidRDefault="00000000">
            <w:pPr>
              <w:spacing w:after="0"/>
            </w:pPr>
            <w:r>
              <w:t xml:space="preserve">                         □ Livello I     □ Livello II     □ Livello Master</w:t>
            </w:r>
          </w:p>
        </w:tc>
      </w:tr>
      <w:tr w:rsidR="00216DC8" w14:paraId="2C4F4135" w14:textId="77777777">
        <w:trPr>
          <w:trHeight w:val="302"/>
          <w:jc w:val="center"/>
        </w:trPr>
        <w:tc>
          <w:tcPr>
            <w:tcW w:w="10368" w:type="dxa"/>
            <w:vAlign w:val="center"/>
          </w:tcPr>
          <w:p w14:paraId="4783F4B3" w14:textId="77777777" w:rsidR="00216DC8" w:rsidRDefault="00000000">
            <w:pPr>
              <w:spacing w:after="0"/>
            </w:pPr>
            <w:r>
              <w:rPr>
                <w:b/>
              </w:rPr>
              <w:t>GARA COREOGRAFIE     □ Country     □ Non Country</w:t>
            </w:r>
          </w:p>
        </w:tc>
      </w:tr>
    </w:tbl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216DC8" w14:paraId="0893C590" w14:textId="77777777">
        <w:trPr>
          <w:trHeight w:val="317"/>
          <w:jc w:val="center"/>
        </w:trPr>
        <w:tc>
          <w:tcPr>
            <w:tcW w:w="5184" w:type="dxa"/>
            <w:shd w:val="clear" w:color="auto" w:fill="0066CC"/>
            <w:vAlign w:val="center"/>
          </w:tcPr>
          <w:p w14:paraId="77856159" w14:textId="77777777" w:rsidR="00216DC8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PASS COMPETITORI</w:t>
            </w:r>
          </w:p>
        </w:tc>
        <w:tc>
          <w:tcPr>
            <w:tcW w:w="5184" w:type="dxa"/>
            <w:shd w:val="clear" w:color="auto" w:fill="0066CC"/>
            <w:vAlign w:val="center"/>
          </w:tcPr>
          <w:p w14:paraId="52F47E07" w14:textId="77777777" w:rsidR="00216DC8" w:rsidRDefault="00216DC8">
            <w:pPr>
              <w:spacing w:after="0"/>
              <w:jc w:val="center"/>
            </w:pPr>
          </w:p>
        </w:tc>
      </w:tr>
      <w:tr w:rsidR="00216DC8" w14:paraId="60AB6DA4" w14:textId="77777777">
        <w:trPr>
          <w:trHeight w:val="295"/>
          <w:jc w:val="center"/>
        </w:trPr>
        <w:tc>
          <w:tcPr>
            <w:tcW w:w="5184" w:type="dxa"/>
            <w:vAlign w:val="center"/>
          </w:tcPr>
          <w:p w14:paraId="280ED1D2" w14:textId="77777777" w:rsidR="00216DC8" w:rsidRDefault="00000000">
            <w:pPr>
              <w:spacing w:after="0"/>
            </w:pPr>
            <w:r>
              <w:rPr>
                <w:sz w:val="17"/>
              </w:rPr>
              <w:t>Pass giornaliero fino a 8 anni</w:t>
            </w:r>
          </w:p>
        </w:tc>
        <w:tc>
          <w:tcPr>
            <w:tcW w:w="5184" w:type="dxa"/>
            <w:vAlign w:val="center"/>
          </w:tcPr>
          <w:p w14:paraId="5B943B15" w14:textId="77777777" w:rsidR="00216DC8" w:rsidRDefault="00000000">
            <w:pPr>
              <w:spacing w:after="0"/>
              <w:jc w:val="center"/>
            </w:pPr>
            <w:r>
              <w:rPr>
                <w:sz w:val="17"/>
              </w:rPr>
              <w:t>GRATIS</w:t>
            </w:r>
          </w:p>
        </w:tc>
      </w:tr>
      <w:tr w:rsidR="00216DC8" w14:paraId="3074B1B7" w14:textId="77777777">
        <w:trPr>
          <w:trHeight w:val="295"/>
          <w:jc w:val="center"/>
        </w:trPr>
        <w:tc>
          <w:tcPr>
            <w:tcW w:w="5184" w:type="dxa"/>
            <w:vAlign w:val="center"/>
          </w:tcPr>
          <w:p w14:paraId="2B9A24B1" w14:textId="77777777" w:rsidR="00216DC8" w:rsidRDefault="00000000">
            <w:pPr>
              <w:spacing w:after="0"/>
            </w:pPr>
            <w:r>
              <w:rPr>
                <w:sz w:val="17"/>
              </w:rPr>
              <w:t>Pass giornaliero fino a 13 anni</w:t>
            </w:r>
          </w:p>
        </w:tc>
        <w:tc>
          <w:tcPr>
            <w:tcW w:w="5184" w:type="dxa"/>
            <w:vAlign w:val="center"/>
          </w:tcPr>
          <w:p w14:paraId="537E544B" w14:textId="77777777" w:rsidR="00216DC8" w:rsidRDefault="00000000">
            <w:pPr>
              <w:spacing w:after="0"/>
              <w:jc w:val="center"/>
            </w:pPr>
            <w:r>
              <w:rPr>
                <w:sz w:val="17"/>
              </w:rPr>
              <w:t>€ 5,00</w:t>
            </w:r>
          </w:p>
        </w:tc>
      </w:tr>
      <w:tr w:rsidR="00216DC8" w14:paraId="20C61044" w14:textId="77777777">
        <w:trPr>
          <w:trHeight w:val="295"/>
          <w:jc w:val="center"/>
        </w:trPr>
        <w:tc>
          <w:tcPr>
            <w:tcW w:w="5184" w:type="dxa"/>
            <w:vAlign w:val="center"/>
          </w:tcPr>
          <w:p w14:paraId="07D2859D" w14:textId="77777777" w:rsidR="00216DC8" w:rsidRDefault="00000000">
            <w:pPr>
              <w:spacing w:after="0"/>
            </w:pPr>
            <w:r>
              <w:rPr>
                <w:sz w:val="17"/>
              </w:rPr>
              <w:t>Pass giornaliero 14+anni</w:t>
            </w:r>
          </w:p>
        </w:tc>
        <w:tc>
          <w:tcPr>
            <w:tcW w:w="5184" w:type="dxa"/>
            <w:vAlign w:val="center"/>
          </w:tcPr>
          <w:p w14:paraId="325C7A21" w14:textId="77777777" w:rsidR="00216DC8" w:rsidRDefault="00000000">
            <w:pPr>
              <w:spacing w:after="0"/>
              <w:jc w:val="center"/>
            </w:pPr>
            <w:r>
              <w:rPr>
                <w:sz w:val="17"/>
              </w:rPr>
              <w:t>€ 15,00</w:t>
            </w:r>
          </w:p>
        </w:tc>
      </w:tr>
      <w:tr w:rsidR="00216DC8" w14:paraId="42CA9E1E" w14:textId="77777777">
        <w:trPr>
          <w:trHeight w:val="295"/>
          <w:jc w:val="center"/>
        </w:trPr>
        <w:tc>
          <w:tcPr>
            <w:tcW w:w="10368" w:type="dxa"/>
            <w:gridSpan w:val="2"/>
            <w:vAlign w:val="center"/>
          </w:tcPr>
          <w:p w14:paraId="696AD718" w14:textId="77777777" w:rsidR="00216DC8" w:rsidRDefault="00000000">
            <w:pPr>
              <w:spacing w:after="0"/>
            </w:pPr>
            <w:r>
              <w:rPr>
                <w:sz w:val="16"/>
              </w:rPr>
              <w:t>IL PASS COMPETITORE SOLO PER CHI NON E’ GIA’ ISCRITTO A COMPETIZIONE WCDF</w:t>
            </w:r>
          </w:p>
        </w:tc>
      </w:tr>
      <w:tr w:rsidR="00216DC8" w14:paraId="1C77F435" w14:textId="77777777">
        <w:trPr>
          <w:trHeight w:val="317"/>
          <w:jc w:val="center"/>
        </w:trPr>
        <w:tc>
          <w:tcPr>
            <w:tcW w:w="5184" w:type="dxa"/>
            <w:shd w:val="clear" w:color="auto" w:fill="0066CC"/>
            <w:vAlign w:val="center"/>
          </w:tcPr>
          <w:p w14:paraId="7220BC0A" w14:textId="77777777" w:rsidR="00216DC8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QUOTE D'ISCRIZIONE GARA LINE</w:t>
            </w:r>
          </w:p>
        </w:tc>
        <w:tc>
          <w:tcPr>
            <w:tcW w:w="5184" w:type="dxa"/>
            <w:shd w:val="clear" w:color="auto" w:fill="0066CC"/>
            <w:vAlign w:val="center"/>
          </w:tcPr>
          <w:p w14:paraId="6CDAAEFC" w14:textId="77777777" w:rsidR="00216DC8" w:rsidRDefault="00216DC8">
            <w:pPr>
              <w:spacing w:after="0"/>
              <w:jc w:val="center"/>
            </w:pPr>
          </w:p>
        </w:tc>
      </w:tr>
      <w:tr w:rsidR="00216DC8" w14:paraId="731A573C" w14:textId="77777777">
        <w:trPr>
          <w:trHeight w:val="295"/>
          <w:jc w:val="center"/>
        </w:trPr>
        <w:tc>
          <w:tcPr>
            <w:tcW w:w="5184" w:type="dxa"/>
            <w:vAlign w:val="center"/>
          </w:tcPr>
          <w:p w14:paraId="40E05611" w14:textId="77777777" w:rsidR="00216DC8" w:rsidRDefault="00000000">
            <w:pPr>
              <w:spacing w:after="0"/>
            </w:pPr>
            <w:r>
              <w:rPr>
                <w:sz w:val="17"/>
              </w:rPr>
              <w:t>Gara line (1° ballo)</w:t>
            </w:r>
          </w:p>
        </w:tc>
        <w:tc>
          <w:tcPr>
            <w:tcW w:w="5184" w:type="dxa"/>
            <w:vAlign w:val="center"/>
          </w:tcPr>
          <w:p w14:paraId="7952A895" w14:textId="77777777" w:rsidR="00216DC8" w:rsidRDefault="00000000">
            <w:pPr>
              <w:spacing w:after="0"/>
              <w:jc w:val="center"/>
            </w:pPr>
            <w:r>
              <w:rPr>
                <w:sz w:val="17"/>
              </w:rPr>
              <w:t>€ 10,00</w:t>
            </w:r>
          </w:p>
        </w:tc>
      </w:tr>
      <w:tr w:rsidR="00216DC8" w14:paraId="51E66D3C" w14:textId="77777777">
        <w:trPr>
          <w:trHeight w:val="295"/>
          <w:jc w:val="center"/>
        </w:trPr>
        <w:tc>
          <w:tcPr>
            <w:tcW w:w="5184" w:type="dxa"/>
            <w:vAlign w:val="center"/>
          </w:tcPr>
          <w:p w14:paraId="5491836B" w14:textId="77777777" w:rsidR="00216DC8" w:rsidRDefault="00000000">
            <w:pPr>
              <w:spacing w:after="0"/>
            </w:pPr>
            <w:r>
              <w:rPr>
                <w:sz w:val="17"/>
              </w:rPr>
              <w:t>Gara line (ogni ballo aggiunto)</w:t>
            </w:r>
          </w:p>
        </w:tc>
        <w:tc>
          <w:tcPr>
            <w:tcW w:w="5184" w:type="dxa"/>
            <w:vAlign w:val="center"/>
          </w:tcPr>
          <w:p w14:paraId="6D6B8BFD" w14:textId="77777777" w:rsidR="00216DC8" w:rsidRDefault="00000000">
            <w:pPr>
              <w:spacing w:after="0"/>
              <w:jc w:val="center"/>
            </w:pPr>
            <w:r>
              <w:rPr>
                <w:sz w:val="17"/>
              </w:rPr>
              <w:t>€ 6,00</w:t>
            </w:r>
          </w:p>
        </w:tc>
      </w:tr>
      <w:tr w:rsidR="00216DC8" w14:paraId="26182C52" w14:textId="77777777">
        <w:trPr>
          <w:trHeight w:val="317"/>
          <w:jc w:val="center"/>
        </w:trPr>
        <w:tc>
          <w:tcPr>
            <w:tcW w:w="5184" w:type="dxa"/>
            <w:shd w:val="clear" w:color="auto" w:fill="0066CC"/>
            <w:vAlign w:val="center"/>
          </w:tcPr>
          <w:p w14:paraId="0FF96819" w14:textId="77777777" w:rsidR="00216DC8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QUOTE D'ISCRIZIONE GARA COREOGRAFIE</w:t>
            </w:r>
          </w:p>
        </w:tc>
        <w:tc>
          <w:tcPr>
            <w:tcW w:w="5184" w:type="dxa"/>
            <w:shd w:val="clear" w:color="auto" w:fill="0066CC"/>
            <w:vAlign w:val="center"/>
          </w:tcPr>
          <w:p w14:paraId="6E1B3DA1" w14:textId="77777777" w:rsidR="00216DC8" w:rsidRDefault="00216DC8">
            <w:pPr>
              <w:spacing w:after="0"/>
              <w:jc w:val="center"/>
            </w:pPr>
          </w:p>
        </w:tc>
      </w:tr>
      <w:tr w:rsidR="00216DC8" w14:paraId="78878E76" w14:textId="77777777">
        <w:trPr>
          <w:trHeight w:val="295"/>
          <w:jc w:val="center"/>
        </w:trPr>
        <w:tc>
          <w:tcPr>
            <w:tcW w:w="5184" w:type="dxa"/>
            <w:vAlign w:val="center"/>
          </w:tcPr>
          <w:p w14:paraId="08690FBF" w14:textId="77777777" w:rsidR="00216DC8" w:rsidRDefault="00000000">
            <w:pPr>
              <w:spacing w:after="0"/>
            </w:pPr>
            <w:r>
              <w:rPr>
                <w:sz w:val="17"/>
              </w:rPr>
              <w:t>Gara coreo (a persona, per ogni ballo)</w:t>
            </w:r>
          </w:p>
        </w:tc>
        <w:tc>
          <w:tcPr>
            <w:tcW w:w="5184" w:type="dxa"/>
            <w:vAlign w:val="center"/>
          </w:tcPr>
          <w:p w14:paraId="418DD094" w14:textId="77777777" w:rsidR="00216DC8" w:rsidRDefault="00000000">
            <w:pPr>
              <w:spacing w:after="0"/>
              <w:jc w:val="center"/>
            </w:pPr>
            <w:r>
              <w:rPr>
                <w:sz w:val="17"/>
              </w:rPr>
              <w:t>€ 5,00</w:t>
            </w:r>
          </w:p>
        </w:tc>
      </w:tr>
      <w:tr w:rsidR="00216DC8" w14:paraId="45A710E4" w14:textId="77777777">
        <w:trPr>
          <w:trHeight w:val="317"/>
          <w:jc w:val="center"/>
        </w:trPr>
        <w:tc>
          <w:tcPr>
            <w:tcW w:w="5184" w:type="dxa"/>
            <w:shd w:val="clear" w:color="auto" w:fill="0066CC"/>
            <w:vAlign w:val="center"/>
          </w:tcPr>
          <w:p w14:paraId="037136C3" w14:textId="77777777" w:rsidR="00216DC8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PASS SPETTATORI</w:t>
            </w:r>
          </w:p>
        </w:tc>
        <w:tc>
          <w:tcPr>
            <w:tcW w:w="5184" w:type="dxa"/>
            <w:shd w:val="clear" w:color="auto" w:fill="0066CC"/>
            <w:vAlign w:val="center"/>
          </w:tcPr>
          <w:p w14:paraId="294E8DEA" w14:textId="77777777" w:rsidR="00216DC8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Fino al 31.12.2026</w:t>
            </w:r>
          </w:p>
        </w:tc>
      </w:tr>
      <w:tr w:rsidR="00216DC8" w14:paraId="3BE2338A" w14:textId="77777777">
        <w:trPr>
          <w:trHeight w:val="295"/>
          <w:jc w:val="center"/>
        </w:trPr>
        <w:tc>
          <w:tcPr>
            <w:tcW w:w="5184" w:type="dxa"/>
            <w:vAlign w:val="center"/>
          </w:tcPr>
          <w:p w14:paraId="353FCE39" w14:textId="77777777" w:rsidR="00216DC8" w:rsidRDefault="00000000">
            <w:pPr>
              <w:spacing w:after="0"/>
            </w:pPr>
            <w:r>
              <w:rPr>
                <w:sz w:val="17"/>
              </w:rPr>
              <w:t>Pass giornaliero 14+ anni</w:t>
            </w:r>
          </w:p>
        </w:tc>
        <w:tc>
          <w:tcPr>
            <w:tcW w:w="5184" w:type="dxa"/>
            <w:vAlign w:val="center"/>
          </w:tcPr>
          <w:p w14:paraId="6BD740EA" w14:textId="77777777" w:rsidR="00216DC8" w:rsidRDefault="00000000">
            <w:pPr>
              <w:spacing w:after="0"/>
              <w:jc w:val="center"/>
            </w:pPr>
            <w:r>
              <w:rPr>
                <w:sz w:val="17"/>
              </w:rPr>
              <w:t>€ 10,00</w:t>
            </w:r>
          </w:p>
        </w:tc>
      </w:tr>
      <w:tr w:rsidR="00216DC8" w14:paraId="1CC75B41" w14:textId="77777777">
        <w:trPr>
          <w:trHeight w:val="295"/>
          <w:jc w:val="center"/>
        </w:trPr>
        <w:tc>
          <w:tcPr>
            <w:tcW w:w="5184" w:type="dxa"/>
            <w:vAlign w:val="center"/>
          </w:tcPr>
          <w:p w14:paraId="6FE00993" w14:textId="77777777" w:rsidR="00216DC8" w:rsidRDefault="00000000">
            <w:pPr>
              <w:spacing w:after="0"/>
            </w:pPr>
            <w:r>
              <w:rPr>
                <w:sz w:val="17"/>
              </w:rPr>
              <w:t>Pass giornaliero fino a 13 anni</w:t>
            </w:r>
          </w:p>
        </w:tc>
        <w:tc>
          <w:tcPr>
            <w:tcW w:w="5184" w:type="dxa"/>
            <w:vAlign w:val="center"/>
          </w:tcPr>
          <w:p w14:paraId="00DC4172" w14:textId="77777777" w:rsidR="00216DC8" w:rsidRDefault="00000000">
            <w:pPr>
              <w:spacing w:after="0"/>
              <w:jc w:val="center"/>
            </w:pPr>
            <w:r>
              <w:rPr>
                <w:sz w:val="17"/>
              </w:rPr>
              <w:t>€ 5,00</w:t>
            </w:r>
          </w:p>
        </w:tc>
      </w:tr>
      <w:tr w:rsidR="00216DC8" w14:paraId="05FD186A" w14:textId="77777777">
        <w:trPr>
          <w:trHeight w:val="295"/>
          <w:jc w:val="center"/>
        </w:trPr>
        <w:tc>
          <w:tcPr>
            <w:tcW w:w="5184" w:type="dxa"/>
            <w:vAlign w:val="center"/>
          </w:tcPr>
          <w:p w14:paraId="27047FDE" w14:textId="77777777" w:rsidR="00216DC8" w:rsidRDefault="00000000">
            <w:pPr>
              <w:spacing w:after="0"/>
            </w:pPr>
            <w:r>
              <w:rPr>
                <w:sz w:val="17"/>
              </w:rPr>
              <w:t>Pass fino a 8 anni</w:t>
            </w:r>
          </w:p>
        </w:tc>
        <w:tc>
          <w:tcPr>
            <w:tcW w:w="5184" w:type="dxa"/>
            <w:vAlign w:val="center"/>
          </w:tcPr>
          <w:p w14:paraId="72AA2FEA" w14:textId="77777777" w:rsidR="00216DC8" w:rsidRDefault="00000000">
            <w:pPr>
              <w:spacing w:after="0"/>
              <w:jc w:val="center"/>
            </w:pPr>
            <w:r>
              <w:rPr>
                <w:sz w:val="17"/>
              </w:rPr>
              <w:t>GRATIS</w:t>
            </w:r>
          </w:p>
        </w:tc>
      </w:tr>
    </w:tbl>
    <w:p w14:paraId="3D024045" w14:textId="77777777" w:rsidR="00216DC8" w:rsidRDefault="00216DC8">
      <w:pPr>
        <w:spacing w:before="200" w:after="0"/>
      </w:pPr>
    </w:p>
    <w:tbl>
      <w:tblPr>
        <w:tblW w:w="0" w:type="auto"/>
        <w:jc w:val="center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ook w:val="04A0" w:firstRow="1" w:lastRow="0" w:firstColumn="1" w:lastColumn="0" w:noHBand="0" w:noVBand="1"/>
      </w:tblPr>
      <w:tblGrid>
        <w:gridCol w:w="10368"/>
      </w:tblGrid>
      <w:tr w:rsidR="00216DC8" w14:paraId="5CBF69F7" w14:textId="77777777">
        <w:trPr>
          <w:jc w:val="center"/>
        </w:trPr>
        <w:tc>
          <w:tcPr>
            <w:tcW w:w="10368" w:type="dxa"/>
            <w:shd w:val="clear" w:color="auto" w:fill="FFFF00"/>
            <w:tcMar>
              <w:top w:w="65" w:type="dxa"/>
              <w:left w:w="55" w:type="dxa"/>
              <w:bottom w:w="65" w:type="dxa"/>
              <w:right w:w="55" w:type="dxa"/>
            </w:tcMar>
          </w:tcPr>
          <w:p w14:paraId="1A6864EB" w14:textId="77777777" w:rsidR="00216DC8" w:rsidRDefault="00000000">
            <w:pPr>
              <w:spacing w:after="0"/>
            </w:pPr>
            <w:r>
              <w:rPr>
                <w:sz w:val="17"/>
              </w:rPr>
              <w:t>Cortesemente pagare l’intera quota non più tardi del 31 OTTOBRE 2026 a:</w:t>
            </w:r>
          </w:p>
          <w:p w14:paraId="31F45AA5" w14:textId="77777777" w:rsidR="00216DC8" w:rsidRDefault="00216DC8">
            <w:pPr>
              <w:spacing w:after="0"/>
            </w:pPr>
          </w:p>
          <w:p w14:paraId="06464C87" w14:textId="77777777" w:rsidR="00216DC8" w:rsidRDefault="00000000">
            <w:pPr>
              <w:spacing w:after="0"/>
            </w:pPr>
            <w:r>
              <w:rPr>
                <w:b/>
                <w:sz w:val="17"/>
              </w:rPr>
              <w:t>SICILY COUNTRY LIFE A.S.D.</w:t>
            </w:r>
          </w:p>
          <w:p w14:paraId="51F28FB0" w14:textId="77777777" w:rsidR="00216DC8" w:rsidRDefault="00000000">
            <w:pPr>
              <w:spacing w:after="0"/>
            </w:pPr>
            <w:r>
              <w:rPr>
                <w:b/>
                <w:sz w:val="17"/>
              </w:rPr>
              <w:t>Banca: BPER Banca</w:t>
            </w:r>
          </w:p>
          <w:p w14:paraId="617F3910" w14:textId="77777777" w:rsidR="00216DC8" w:rsidRDefault="00000000">
            <w:pPr>
              <w:spacing w:after="0"/>
            </w:pPr>
            <w:r>
              <w:rPr>
                <w:b/>
                <w:sz w:val="17"/>
              </w:rPr>
              <w:t>Indirizzo: ACIREALE</w:t>
            </w:r>
          </w:p>
          <w:p w14:paraId="68BD0AC1" w14:textId="77777777" w:rsidR="00216DC8" w:rsidRDefault="00000000">
            <w:pPr>
              <w:spacing w:after="0"/>
            </w:pPr>
            <w:r>
              <w:rPr>
                <w:b/>
                <w:sz w:val="17"/>
              </w:rPr>
              <w:t>C/C n. 000035288441</w:t>
            </w:r>
          </w:p>
          <w:p w14:paraId="37527631" w14:textId="77777777" w:rsidR="00216DC8" w:rsidRDefault="00000000">
            <w:pPr>
              <w:spacing w:after="0"/>
            </w:pPr>
            <w:r>
              <w:rPr>
                <w:b/>
                <w:sz w:val="17"/>
              </w:rPr>
              <w:t>IBAN: IT 60 P 0538726201000035288441</w:t>
            </w:r>
          </w:p>
          <w:p w14:paraId="718CF4BD" w14:textId="77777777" w:rsidR="00216DC8" w:rsidRDefault="00000000">
            <w:pPr>
              <w:spacing w:after="0"/>
            </w:pPr>
            <w:r>
              <w:rPr>
                <w:b/>
                <w:sz w:val="17"/>
              </w:rPr>
              <w:t>BIC/SWIFT: BPMOIT22XXX</w:t>
            </w:r>
          </w:p>
          <w:p w14:paraId="4795E6AE" w14:textId="77777777" w:rsidR="00216DC8" w:rsidRDefault="00000000">
            <w:pPr>
              <w:spacing w:after="0"/>
            </w:pPr>
            <w:r>
              <w:rPr>
                <w:sz w:val="17"/>
              </w:rPr>
              <w:t>I pass per gli spettatori possono essere acquistati direttamente sul posto, la quota applicata sarà quella prevista per il pagamento entro il 31.10.2026.</w:t>
            </w:r>
          </w:p>
        </w:tc>
      </w:tr>
    </w:tbl>
    <w:p w14:paraId="365110E2" w14:textId="77777777" w:rsidR="00216DC8" w:rsidRDefault="00000000">
      <w:r>
        <w:br w:type="page"/>
      </w:r>
    </w:p>
    <w:tbl>
      <w:tblPr>
        <w:tblW w:w="0" w:type="auto"/>
        <w:jc w:val="center"/>
        <w:tblBorders>
          <w:top w:val="single" w:sz="4" w:space="0" w:color="D0D0D0"/>
          <w:left w:val="single" w:sz="4" w:space="0" w:color="D0D0D0"/>
          <w:bottom w:val="single" w:sz="4" w:space="0" w:color="D0D0D0"/>
          <w:right w:val="single" w:sz="4" w:space="0" w:color="D0D0D0"/>
          <w:insideH w:val="single" w:sz="4" w:space="0" w:color="D0D0D0"/>
          <w:insideV w:val="single" w:sz="4" w:space="0" w:color="D0D0D0"/>
        </w:tblBorders>
        <w:tblLook w:val="04A0" w:firstRow="1" w:lastRow="0" w:firstColumn="1" w:lastColumn="0" w:noHBand="0" w:noVBand="1"/>
      </w:tblPr>
      <w:tblGrid>
        <w:gridCol w:w="10368"/>
      </w:tblGrid>
      <w:tr w:rsidR="00216DC8" w14:paraId="4DC0D55F" w14:textId="77777777">
        <w:trPr>
          <w:jc w:val="center"/>
        </w:trPr>
        <w:tc>
          <w:tcPr>
            <w:tcW w:w="10368" w:type="dxa"/>
            <w:shd w:val="clear" w:color="auto" w:fill="FFFF00"/>
            <w:tcMar>
              <w:top w:w="70" w:type="dxa"/>
              <w:left w:w="60" w:type="dxa"/>
              <w:bottom w:w="70" w:type="dxa"/>
              <w:right w:w="60" w:type="dxa"/>
            </w:tcMar>
          </w:tcPr>
          <w:p w14:paraId="5F017402" w14:textId="77777777" w:rsidR="00216DC8" w:rsidRDefault="00000000">
            <w:pPr>
              <w:jc w:val="center"/>
            </w:pPr>
            <w:r>
              <w:rPr>
                <w:b/>
                <w:color w:val="E60000"/>
              </w:rPr>
              <w:lastRenderedPageBreak/>
              <w:t xml:space="preserve">IMPORTANTE!!  Inviare le iscrizioni alla gara a: </w:t>
            </w:r>
            <w:r>
              <w:rPr>
                <w:b/>
                <w:color w:val="0000B4"/>
                <w:u w:val="single"/>
              </w:rPr>
              <w:t>sicilycountrylife@gmail.com</w:t>
            </w:r>
          </w:p>
          <w:p w14:paraId="55CC5C9F" w14:textId="77777777" w:rsidR="00216DC8" w:rsidRDefault="00000000">
            <w:pPr>
              <w:spacing w:before="120" w:after="0"/>
              <w:jc w:val="center"/>
            </w:pPr>
            <w:r>
              <w:rPr>
                <w:b/>
                <w:color w:val="DC0000"/>
              </w:rPr>
              <w:t>E’ OBBLIGATORIO PRESENTARE ALLA REGISTRAZIONE IL GIORNO DELLA GARA IL</w:t>
            </w:r>
            <w:r>
              <w:rPr>
                <w:b/>
                <w:color w:val="DC0000"/>
              </w:rPr>
              <w:br/>
              <w:t>CERTIFICATO MEDICO DI IDONEITA’ ALLA PRATICA DI SPORT NON AGONISTICO O</w:t>
            </w:r>
            <w:r>
              <w:rPr>
                <w:b/>
                <w:color w:val="DC0000"/>
              </w:rPr>
              <w:br/>
              <w:t>AUTOCERTIFICAZIONE E IL MODULO PRIVACY SCARICABILI SUL SITO</w:t>
            </w:r>
          </w:p>
          <w:p w14:paraId="1C0A2F2F" w14:textId="77777777" w:rsidR="00216DC8" w:rsidRDefault="00000000">
            <w:pPr>
              <w:jc w:val="center"/>
            </w:pPr>
            <w:r>
              <w:rPr>
                <w:b/>
                <w:color w:val="0000B4"/>
                <w:sz w:val="20"/>
                <w:u w:val="single"/>
              </w:rPr>
              <w:t>WWW.SICILYCOUNTRYDANCE.COM</w:t>
            </w:r>
          </w:p>
        </w:tc>
      </w:tr>
    </w:tbl>
    <w:p w14:paraId="79C6794C" w14:textId="77777777" w:rsidR="00216DC8" w:rsidRDefault="00000000">
      <w:pPr>
        <w:spacing w:before="240" w:after="160"/>
      </w:pPr>
      <w:r>
        <w:rPr>
          <w:b/>
          <w:color w:val="C80000"/>
          <w:sz w:val="20"/>
        </w:rPr>
        <w:t>Vi invitiamo a leggere attentamente i termini di utilizzo e il regolamento.</w:t>
      </w:r>
    </w:p>
    <w:p w14:paraId="4E284601" w14:textId="77777777" w:rsidR="00216DC8" w:rsidRDefault="00000000">
      <w:r>
        <w:rPr>
          <w:b/>
          <w:sz w:val="20"/>
        </w:rPr>
        <w:t>Con la firma del presente modulo accetto integralmente i termini di utilizzo ed il</w:t>
      </w:r>
      <w:r>
        <w:rPr>
          <w:b/>
          <w:sz w:val="20"/>
        </w:rPr>
        <w:br/>
        <w:t>regolamento SICILY COUNTRY LIFE relativi alla competizione.</w:t>
      </w:r>
    </w:p>
    <w:p w14:paraId="7A1275B1" w14:textId="77777777" w:rsidR="00216DC8" w:rsidRDefault="00000000">
      <w:pPr>
        <w:spacing w:before="80"/>
      </w:pPr>
      <w:r>
        <w:rPr>
          <w:b/>
          <w:color w:val="C80000"/>
          <w:sz w:val="22"/>
        </w:rPr>
        <w:t>TERMINI DI UTILIZZO</w:t>
      </w:r>
    </w:p>
    <w:p w14:paraId="313A05A2" w14:textId="77777777" w:rsidR="00216DC8" w:rsidRDefault="00000000">
      <w:pPr>
        <w:spacing w:after="180"/>
      </w:pPr>
      <w:r>
        <w:t>Mi impegno a tenere indenne e sollevare l'organizzazione di questo Evento ed i suoi agenti da responsabilità e richieste di rimborsi, di danni, ecc. di qualsivoglia natura e carattere che dovessero derivare da e congiuntamente a questo Evento. Autorizzo la riproduzione, la vendita, i diritti d’autore, la mostra, la trasmissione e/o distribuzione di qualsiasi supporto audio, video, fotografico senza limiti e per i soli scopi connessi con la natura di questo Evento.</w:t>
      </w:r>
    </w:p>
    <w:p w14:paraId="19F6D4C5" w14:textId="77777777" w:rsidR="00216DC8" w:rsidRDefault="00000000">
      <w:pPr>
        <w:spacing w:after="180"/>
      </w:pPr>
      <w:r>
        <w:t>Sono informato che gli organizzatori di questo Evento ed i loro collaboratori non sono responsabili per eventuali incidenti e/o danni a cose e/o persone che dovessero verificarsi durante lo svolgimento dell’evento.</w:t>
      </w:r>
    </w:p>
    <w:sectPr w:rsidR="00216DC8" w:rsidSect="00034616">
      <w:pgSz w:w="12240" w:h="15840"/>
      <w:pgMar w:top="648" w:right="936" w:bottom="64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2652749">
    <w:abstractNumId w:val="8"/>
  </w:num>
  <w:num w:numId="2" w16cid:durableId="776026299">
    <w:abstractNumId w:val="6"/>
  </w:num>
  <w:num w:numId="3" w16cid:durableId="173999333">
    <w:abstractNumId w:val="5"/>
  </w:num>
  <w:num w:numId="4" w16cid:durableId="118113413">
    <w:abstractNumId w:val="4"/>
  </w:num>
  <w:num w:numId="5" w16cid:durableId="310329074">
    <w:abstractNumId w:val="7"/>
  </w:num>
  <w:num w:numId="6" w16cid:durableId="1436898572">
    <w:abstractNumId w:val="3"/>
  </w:num>
  <w:num w:numId="7" w16cid:durableId="400521999">
    <w:abstractNumId w:val="2"/>
  </w:num>
  <w:num w:numId="8" w16cid:durableId="1664695156">
    <w:abstractNumId w:val="1"/>
  </w:num>
  <w:num w:numId="9" w16cid:durableId="16734142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6DC8"/>
    <w:rsid w:val="0029639D"/>
    <w:rsid w:val="00326F90"/>
    <w:rsid w:val="00616386"/>
    <w:rsid w:val="00AA1D8D"/>
    <w:rsid w:val="00B47730"/>
    <w:rsid w:val="00CB0664"/>
    <w:rsid w:val="00ED46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033B10"/>
  <w14:defaultImageDpi w14:val="300"/>
  <w15:docId w15:val="{E59B6F0F-FAE5-0447-9CC4-5D496DCA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Salvatore Avellino</cp:lastModifiedBy>
  <cp:revision>2</cp:revision>
  <dcterms:created xsi:type="dcterms:W3CDTF">2013-12-23T23:15:00Z</dcterms:created>
  <dcterms:modified xsi:type="dcterms:W3CDTF">2026-10-16T08:28:00Z</dcterms:modified>
  <cp:category/>
</cp:coreProperties>
</file>